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F5A76" w14:textId="66226D60" w:rsidR="0046355F" w:rsidRPr="00164B4E" w:rsidRDefault="004160CA">
      <w:pPr>
        <w:pStyle w:val="Ttulo1"/>
        <w:rPr>
          <w:lang w:val="es-CL"/>
        </w:rPr>
      </w:pPr>
      <w:r w:rsidRPr="00164B4E">
        <w:rPr>
          <w:lang w:val="es-CL"/>
        </w:rPr>
        <w:t>Resolución Aceptación y Rechazo de Candidaturas Región</w:t>
      </w:r>
      <w:r>
        <w:rPr>
          <w:lang w:val="es-CL"/>
        </w:rPr>
        <w:t xml:space="preserve"> </w:t>
      </w:r>
      <w:r w:rsidR="0066074E">
        <w:rPr>
          <w:lang w:val="es-CL"/>
        </w:rPr>
        <w:t>Atacama.</w:t>
      </w:r>
    </w:p>
    <w:p w14:paraId="6E8E201B" w14:textId="0E9E507F" w:rsidR="0046355F" w:rsidRDefault="004F03D4">
      <w:pPr>
        <w:pStyle w:val="Ttulo2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6A82C923" wp14:editId="546CF1B2">
                <wp:simplePos x="0" y="0"/>
                <wp:positionH relativeFrom="column">
                  <wp:posOffset>-3757302</wp:posOffset>
                </wp:positionH>
                <wp:positionV relativeFrom="paragraph">
                  <wp:posOffset>3913087</wp:posOffset>
                </wp:positionV>
                <wp:extent cx="360" cy="360"/>
                <wp:effectExtent l="38100" t="38100" r="38100" b="38100"/>
                <wp:wrapNone/>
                <wp:docPr id="1890802732" name="Entrada de lápiz 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123883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trada de lápiz 15" o:spid="_x0000_s1026" type="#_x0000_t75" style="position:absolute;margin-left:-296.55pt;margin-top:307.4pt;width:1.45pt;height:1.4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">
                <v:imagedata r:id="rId7" o:title=""/>
              </v:shape>
            </w:pict>
          </mc:Fallback>
        </mc:AlternateContent>
      </w:r>
      <w:proofErr w:type="spellStart"/>
      <w:r w:rsidR="004160CA">
        <w:t>Candidaturas</w:t>
      </w:r>
      <w:proofErr w:type="spellEnd"/>
      <w:r w:rsidR="004160CA">
        <w:t xml:space="preserve"> </w:t>
      </w:r>
      <w:proofErr w:type="spellStart"/>
      <w:r w:rsidR="004160CA">
        <w:t>Aceptadas</w:t>
      </w:r>
      <w:proofErr w:type="spellEnd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26"/>
        <w:gridCol w:w="2427"/>
        <w:gridCol w:w="2863"/>
      </w:tblGrid>
      <w:tr w:rsidR="0046355F" w14:paraId="026CD15E" w14:textId="77777777" w:rsidTr="00395429">
        <w:tc>
          <w:tcPr>
            <w:tcW w:w="2926" w:type="dxa"/>
          </w:tcPr>
          <w:p w14:paraId="5D729156" w14:textId="77777777" w:rsidR="0046355F" w:rsidRDefault="004160CA">
            <w:r>
              <w:t>Encargatura Política</w:t>
            </w:r>
          </w:p>
        </w:tc>
        <w:tc>
          <w:tcPr>
            <w:tcW w:w="2427" w:type="dxa"/>
          </w:tcPr>
          <w:p w14:paraId="0F3E6EE1" w14:textId="77777777" w:rsidR="0046355F" w:rsidRDefault="004160CA">
            <w:r>
              <w:t>Encargatura Orgánica</w:t>
            </w:r>
          </w:p>
        </w:tc>
        <w:tc>
          <w:tcPr>
            <w:tcW w:w="2863" w:type="dxa"/>
          </w:tcPr>
          <w:p w14:paraId="69307106" w14:textId="77777777" w:rsidR="0046355F" w:rsidRDefault="004160CA">
            <w:r>
              <w:t>Espacio</w:t>
            </w:r>
          </w:p>
        </w:tc>
      </w:tr>
      <w:tr w:rsidR="0046355F" w14:paraId="00A7F67C" w14:textId="77777777" w:rsidTr="00395429">
        <w:tc>
          <w:tcPr>
            <w:tcW w:w="2926" w:type="dxa"/>
          </w:tcPr>
          <w:p w14:paraId="72C47EA2" w14:textId="77777777" w:rsidR="00395429" w:rsidRPr="0066074E" w:rsidRDefault="00395429" w:rsidP="00395429">
            <w:pPr>
              <w:rPr>
                <w:lang w:val="es-CL"/>
              </w:rPr>
            </w:pPr>
            <w:r w:rsidRPr="0066074E">
              <w:rPr>
                <w:lang w:val="es-CL"/>
              </w:rPr>
              <w:t xml:space="preserve">1-Guillermo </w:t>
            </w:r>
            <w:r>
              <w:rPr>
                <w:lang w:val="es-CL"/>
              </w:rPr>
              <w:t xml:space="preserve">Nicolas </w:t>
            </w:r>
            <w:proofErr w:type="spellStart"/>
            <w:r w:rsidRPr="0066074E">
              <w:rPr>
                <w:lang w:val="es-CL"/>
              </w:rPr>
              <w:t>Namor</w:t>
            </w:r>
            <w:proofErr w:type="spellEnd"/>
            <w:r w:rsidRPr="0066074E">
              <w:rPr>
                <w:lang w:val="es-CL"/>
              </w:rPr>
              <w:t xml:space="preserve"> Kong.</w:t>
            </w:r>
          </w:p>
          <w:p w14:paraId="23A8C2FD" w14:textId="77777777" w:rsidR="0046355F" w:rsidRDefault="0046355F"/>
        </w:tc>
        <w:tc>
          <w:tcPr>
            <w:tcW w:w="2427" w:type="dxa"/>
          </w:tcPr>
          <w:p w14:paraId="0475D71A" w14:textId="45102EC4" w:rsidR="0066074E" w:rsidRPr="0066074E" w:rsidRDefault="0066074E">
            <w:pPr>
              <w:rPr>
                <w:lang w:val="es-CL"/>
              </w:rPr>
            </w:pPr>
            <w:r w:rsidRPr="0066074E">
              <w:rPr>
                <w:lang w:val="es-CL"/>
              </w:rPr>
              <w:t>2-</w:t>
            </w:r>
            <w:proofErr w:type="gramStart"/>
            <w:r w:rsidRPr="0066074E">
              <w:rPr>
                <w:lang w:val="es-CL"/>
              </w:rPr>
              <w:t xml:space="preserve">Isamar </w:t>
            </w:r>
            <w:r w:rsidR="00224383">
              <w:rPr>
                <w:lang w:val="es-CL"/>
              </w:rPr>
              <w:t xml:space="preserve"> Estefanía</w:t>
            </w:r>
            <w:proofErr w:type="gramEnd"/>
            <w:r w:rsidR="00224383">
              <w:rPr>
                <w:lang w:val="es-CL"/>
              </w:rPr>
              <w:t xml:space="preserve"> </w:t>
            </w:r>
            <w:r w:rsidRPr="0066074E">
              <w:rPr>
                <w:lang w:val="es-CL"/>
              </w:rPr>
              <w:t>Cas</w:t>
            </w:r>
            <w:r>
              <w:rPr>
                <w:lang w:val="es-CL"/>
              </w:rPr>
              <w:t>tillo Contreras.</w:t>
            </w:r>
          </w:p>
          <w:p w14:paraId="0F6B5DEB" w14:textId="77777777" w:rsidR="0066074E" w:rsidRPr="0066074E" w:rsidRDefault="0066074E">
            <w:pPr>
              <w:rPr>
                <w:lang w:val="es-CL"/>
              </w:rPr>
            </w:pPr>
          </w:p>
          <w:p w14:paraId="1C4D3477" w14:textId="3C358E1B" w:rsidR="0066074E" w:rsidRPr="0066074E" w:rsidRDefault="0066074E" w:rsidP="0066074E">
            <w:pPr>
              <w:ind w:firstLine="720"/>
              <w:rPr>
                <w:lang w:val="es-CL"/>
              </w:rPr>
            </w:pPr>
          </w:p>
        </w:tc>
        <w:tc>
          <w:tcPr>
            <w:tcW w:w="2863" w:type="dxa"/>
          </w:tcPr>
          <w:p w14:paraId="320C0CC9" w14:textId="77777777" w:rsidR="0046355F" w:rsidRDefault="00387722">
            <w:r>
              <w:t xml:space="preserve">Provincial Huasco </w:t>
            </w:r>
          </w:p>
          <w:p w14:paraId="58E26776" w14:textId="62341305" w:rsidR="00387722" w:rsidRDefault="00387722"/>
        </w:tc>
      </w:tr>
      <w:tr w:rsidR="0066074E" w14:paraId="2BB639A1" w14:textId="77777777" w:rsidTr="00395429">
        <w:tc>
          <w:tcPr>
            <w:tcW w:w="2926" w:type="dxa"/>
          </w:tcPr>
          <w:p w14:paraId="1E47012A" w14:textId="77777777" w:rsidR="00BA0357" w:rsidRDefault="00BA0357" w:rsidP="00BA0357">
            <w:pPr>
              <w:rPr>
                <w:lang w:val="es-CL"/>
              </w:rPr>
            </w:pPr>
            <w:r w:rsidRPr="00224383">
              <w:rPr>
                <w:lang w:val="es-CL"/>
              </w:rPr>
              <w:t>1-Andres Alejandro Barrionuevo B</w:t>
            </w:r>
            <w:r>
              <w:rPr>
                <w:lang w:val="es-CL"/>
              </w:rPr>
              <w:t xml:space="preserve">enítez </w:t>
            </w:r>
          </w:p>
          <w:p w14:paraId="1D86432F" w14:textId="77777777" w:rsidR="00BA0357" w:rsidRDefault="00BA0357" w:rsidP="00BA0357">
            <w:pPr>
              <w:rPr>
                <w:lang w:val="es-CL"/>
              </w:rPr>
            </w:pPr>
          </w:p>
          <w:p w14:paraId="4287C97E" w14:textId="77777777" w:rsidR="00BA0357" w:rsidRPr="00224383" w:rsidRDefault="00BA0357" w:rsidP="00BA0357">
            <w:pPr>
              <w:rPr>
                <w:lang w:val="es-CL"/>
              </w:rPr>
            </w:pPr>
            <w:r w:rsidRPr="00224383">
              <w:rPr>
                <w:lang w:val="es-CL"/>
              </w:rPr>
              <w:t xml:space="preserve">1- </w:t>
            </w:r>
            <w:r>
              <w:rPr>
                <w:lang w:val="es-CL"/>
              </w:rPr>
              <w:t>Vi</w:t>
            </w:r>
            <w:r w:rsidRPr="00224383">
              <w:rPr>
                <w:lang w:val="es-CL"/>
              </w:rPr>
              <w:t xml:space="preserve">viana </w:t>
            </w:r>
            <w:r>
              <w:rPr>
                <w:lang w:val="es-CL"/>
              </w:rPr>
              <w:t>Ca</w:t>
            </w:r>
            <w:r w:rsidRPr="00224383">
              <w:rPr>
                <w:lang w:val="es-CL"/>
              </w:rPr>
              <w:t xml:space="preserve">rolina </w:t>
            </w:r>
            <w:r>
              <w:rPr>
                <w:lang w:val="es-CL"/>
              </w:rPr>
              <w:t>L</w:t>
            </w:r>
            <w:r w:rsidRPr="00224383">
              <w:rPr>
                <w:lang w:val="es-CL"/>
              </w:rPr>
              <w:t xml:space="preserve">uco </w:t>
            </w:r>
            <w:r>
              <w:rPr>
                <w:lang w:val="es-CL"/>
              </w:rPr>
              <w:t>A</w:t>
            </w:r>
            <w:r w:rsidRPr="00224383">
              <w:rPr>
                <w:lang w:val="es-CL"/>
              </w:rPr>
              <w:t>migo</w:t>
            </w:r>
          </w:p>
          <w:p w14:paraId="0A1FCF96" w14:textId="27D42BBA" w:rsidR="0066074E" w:rsidRDefault="0066074E">
            <w:pPr>
              <w:pStyle w:val="Ttulo2"/>
            </w:pPr>
          </w:p>
        </w:tc>
        <w:tc>
          <w:tcPr>
            <w:tcW w:w="2427" w:type="dxa"/>
          </w:tcPr>
          <w:p w14:paraId="59BAC76A" w14:textId="7F4A6E82" w:rsidR="00AE43B5" w:rsidRPr="00224383" w:rsidRDefault="00AE43B5" w:rsidP="0066074E">
            <w:pPr>
              <w:rPr>
                <w:lang w:val="es-CL"/>
              </w:rPr>
            </w:pPr>
            <w:r w:rsidRPr="00224383">
              <w:rPr>
                <w:lang w:val="es-CL"/>
              </w:rPr>
              <w:t>2-Paloma</w:t>
            </w:r>
            <w:r w:rsidR="00224383">
              <w:rPr>
                <w:lang w:val="es-CL"/>
              </w:rPr>
              <w:t xml:space="preserve"> </w:t>
            </w:r>
            <w:r w:rsidR="00224383" w:rsidRPr="00224383">
              <w:rPr>
                <w:lang w:val="es-CL"/>
              </w:rPr>
              <w:t xml:space="preserve">Adela </w:t>
            </w:r>
            <w:proofErr w:type="spellStart"/>
            <w:r w:rsidR="00224383" w:rsidRPr="00224383">
              <w:rPr>
                <w:lang w:val="es-CL"/>
              </w:rPr>
              <w:t>Sueli</w:t>
            </w:r>
            <w:proofErr w:type="spellEnd"/>
            <w:r w:rsidR="00224383" w:rsidRPr="00224383">
              <w:rPr>
                <w:lang w:val="es-CL"/>
              </w:rPr>
              <w:t xml:space="preserve"> Fernández Valdés</w:t>
            </w:r>
          </w:p>
          <w:p w14:paraId="735937B5" w14:textId="77777777" w:rsidR="00AE43B5" w:rsidRPr="00224383" w:rsidRDefault="00AE43B5" w:rsidP="0066074E">
            <w:pPr>
              <w:rPr>
                <w:lang w:val="es-CL"/>
              </w:rPr>
            </w:pPr>
          </w:p>
          <w:p w14:paraId="016B6252" w14:textId="655F3D85" w:rsidR="00AE43B5" w:rsidRPr="00224383" w:rsidRDefault="00AE43B5" w:rsidP="0066074E">
            <w:pPr>
              <w:rPr>
                <w:lang w:val="es-CL"/>
              </w:rPr>
            </w:pPr>
            <w:r w:rsidRPr="00224383">
              <w:rPr>
                <w:lang w:val="es-CL"/>
              </w:rPr>
              <w:t>2-</w:t>
            </w:r>
            <w:r w:rsidR="00224383" w:rsidRPr="00224383">
              <w:rPr>
                <w:lang w:val="es-CL"/>
              </w:rPr>
              <w:t xml:space="preserve"> </w:t>
            </w:r>
            <w:r w:rsidR="00224383">
              <w:rPr>
                <w:lang w:val="es-CL"/>
              </w:rPr>
              <w:t>Cla</w:t>
            </w:r>
            <w:r w:rsidR="00224383" w:rsidRPr="00224383">
              <w:rPr>
                <w:lang w:val="es-CL"/>
              </w:rPr>
              <w:t xml:space="preserve">udio Antonio Martínez </w:t>
            </w:r>
            <w:r w:rsidR="00224383">
              <w:rPr>
                <w:lang w:val="es-CL"/>
              </w:rPr>
              <w:t>Co</w:t>
            </w:r>
            <w:r w:rsidR="00224383" w:rsidRPr="00224383">
              <w:rPr>
                <w:lang w:val="es-CL"/>
              </w:rPr>
              <w:t>ntreras</w:t>
            </w:r>
          </w:p>
        </w:tc>
        <w:tc>
          <w:tcPr>
            <w:tcW w:w="2863" w:type="dxa"/>
          </w:tcPr>
          <w:p w14:paraId="417DBA8B" w14:textId="77777777" w:rsidR="0066074E" w:rsidRDefault="00AE43B5" w:rsidP="00AE43B5">
            <w:r w:rsidRPr="00AE43B5">
              <w:t>Provincial Copiap</w:t>
            </w:r>
            <w:r>
              <w:t>ó.</w:t>
            </w:r>
          </w:p>
          <w:p w14:paraId="7B5827B8" w14:textId="77777777" w:rsidR="00224383" w:rsidRPr="00224383" w:rsidRDefault="00224383" w:rsidP="00224383"/>
          <w:p w14:paraId="04CDA20A" w14:textId="77777777" w:rsidR="00224383" w:rsidRPr="00224383" w:rsidRDefault="00224383" w:rsidP="00224383"/>
          <w:p w14:paraId="01749ED8" w14:textId="77777777" w:rsidR="00224383" w:rsidRPr="00224383" w:rsidRDefault="00224383" w:rsidP="00224383"/>
          <w:p w14:paraId="0FA79971" w14:textId="42CC3013" w:rsidR="00224383" w:rsidRPr="00224383" w:rsidRDefault="00224383" w:rsidP="00224383"/>
        </w:tc>
      </w:tr>
      <w:tr w:rsidR="0066074E" w:rsidRPr="00680372" w14:paraId="70A89A67" w14:textId="77777777" w:rsidTr="00395429">
        <w:tc>
          <w:tcPr>
            <w:tcW w:w="2926" w:type="dxa"/>
          </w:tcPr>
          <w:p w14:paraId="4BDF38D4" w14:textId="77777777" w:rsidR="00395429" w:rsidRPr="00395429" w:rsidRDefault="00395429" w:rsidP="00395429">
            <w:pPr>
              <w:rPr>
                <w:lang w:val="es-CL"/>
              </w:rPr>
            </w:pPr>
            <w:r w:rsidRPr="00395429">
              <w:rPr>
                <w:lang w:val="es-CL"/>
              </w:rPr>
              <w:t xml:space="preserve">1.Carmen Soledad Soto Astudillo. </w:t>
            </w:r>
          </w:p>
          <w:p w14:paraId="08CD8F99" w14:textId="6A6AAF3C" w:rsidR="0066074E" w:rsidRDefault="0066074E">
            <w:pPr>
              <w:pStyle w:val="Ttulo2"/>
            </w:pPr>
          </w:p>
        </w:tc>
        <w:tc>
          <w:tcPr>
            <w:tcW w:w="2427" w:type="dxa"/>
          </w:tcPr>
          <w:p w14:paraId="0E73A3D3" w14:textId="6AB97A5C" w:rsidR="00680372" w:rsidRPr="00680372" w:rsidRDefault="00680372" w:rsidP="00680372">
            <w:pPr>
              <w:rPr>
                <w:lang w:val="es-CL"/>
              </w:rPr>
            </w:pPr>
            <w:r>
              <w:rPr>
                <w:lang w:val="es-CL"/>
              </w:rPr>
              <w:t>2-</w:t>
            </w:r>
            <w:r w:rsidR="004F03D4">
              <w:rPr>
                <w:lang w:val="es-CL"/>
              </w:rPr>
              <w:t xml:space="preserve">Daniela Catalina Quevedo Castillo. </w:t>
            </w:r>
          </w:p>
          <w:p w14:paraId="36534837" w14:textId="77777777" w:rsidR="00680372" w:rsidRPr="00680372" w:rsidRDefault="00680372" w:rsidP="00680372">
            <w:pPr>
              <w:rPr>
                <w:sz w:val="21"/>
                <w:szCs w:val="21"/>
                <w:lang w:val="es-CL"/>
              </w:rPr>
            </w:pPr>
          </w:p>
          <w:p w14:paraId="510AA1F5" w14:textId="214A7FA2" w:rsidR="00680372" w:rsidRPr="00680372" w:rsidRDefault="00680372" w:rsidP="00680372">
            <w:pPr>
              <w:rPr>
                <w:lang w:val="es-CL"/>
              </w:rPr>
            </w:pPr>
          </w:p>
        </w:tc>
        <w:tc>
          <w:tcPr>
            <w:tcW w:w="2863" w:type="dxa"/>
          </w:tcPr>
          <w:p w14:paraId="1FF40D22" w14:textId="188CBD3B" w:rsidR="0066074E" w:rsidRPr="00680372" w:rsidRDefault="00680372" w:rsidP="00680372">
            <w:pPr>
              <w:rPr>
                <w:b/>
                <w:bCs/>
                <w:lang w:val="es-CL"/>
              </w:rPr>
            </w:pPr>
            <w:r w:rsidRPr="00680372">
              <w:t>Frente Feminista Atacama</w:t>
            </w:r>
            <w:r w:rsidRPr="00680372">
              <w:rPr>
                <w:b/>
                <w:bCs/>
                <w:lang w:val="es-CL"/>
              </w:rPr>
              <w:t xml:space="preserve">. </w:t>
            </w:r>
          </w:p>
        </w:tc>
      </w:tr>
    </w:tbl>
    <w:p w14:paraId="209BFDCA" w14:textId="77777777" w:rsidR="0066074E" w:rsidRPr="00680372" w:rsidRDefault="0066074E">
      <w:pPr>
        <w:pStyle w:val="Ttulo2"/>
        <w:rPr>
          <w:lang w:val="es-CL"/>
        </w:rPr>
      </w:pPr>
    </w:p>
    <w:p w14:paraId="46A793A4" w14:textId="3A927B96" w:rsidR="0046355F" w:rsidRDefault="004160CA">
      <w:pPr>
        <w:pStyle w:val="Ttulo2"/>
      </w:pPr>
      <w:r>
        <w:t>Candidaturas Rechazadas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8"/>
        <w:gridCol w:w="2158"/>
        <w:gridCol w:w="2157"/>
        <w:gridCol w:w="2157"/>
      </w:tblGrid>
      <w:tr w:rsidR="0046355F" w14:paraId="4DE199A9" w14:textId="77777777">
        <w:tc>
          <w:tcPr>
            <w:tcW w:w="2160" w:type="dxa"/>
          </w:tcPr>
          <w:p w14:paraId="25D7D4F2" w14:textId="77777777" w:rsidR="0046355F" w:rsidRDefault="004160CA">
            <w:r>
              <w:t>Encargatura Política</w:t>
            </w:r>
          </w:p>
        </w:tc>
        <w:tc>
          <w:tcPr>
            <w:tcW w:w="2160" w:type="dxa"/>
          </w:tcPr>
          <w:p w14:paraId="6411091A" w14:textId="77777777" w:rsidR="0046355F" w:rsidRDefault="004160CA">
            <w:r>
              <w:t>Encargatura Orgánica</w:t>
            </w:r>
          </w:p>
        </w:tc>
        <w:tc>
          <w:tcPr>
            <w:tcW w:w="2160" w:type="dxa"/>
          </w:tcPr>
          <w:p w14:paraId="7C970554" w14:textId="77777777" w:rsidR="0046355F" w:rsidRDefault="004160CA">
            <w:r>
              <w:t>Espacio</w:t>
            </w:r>
          </w:p>
        </w:tc>
        <w:tc>
          <w:tcPr>
            <w:tcW w:w="2160" w:type="dxa"/>
          </w:tcPr>
          <w:p w14:paraId="48B47461" w14:textId="77777777" w:rsidR="0046355F" w:rsidRDefault="004160CA">
            <w:r>
              <w:t>Motivo de Rechazo</w:t>
            </w:r>
          </w:p>
        </w:tc>
      </w:tr>
      <w:tr w:rsidR="0046355F" w14:paraId="1D018352" w14:textId="77777777">
        <w:tc>
          <w:tcPr>
            <w:tcW w:w="2160" w:type="dxa"/>
          </w:tcPr>
          <w:p w14:paraId="4E47256C" w14:textId="1F86303D" w:rsidR="00395429" w:rsidRPr="00395429" w:rsidRDefault="00395429" w:rsidP="00395429">
            <w:r w:rsidRPr="00395429">
              <w:t>1- Benjamín Alejandro Cortes Montecino</w:t>
            </w:r>
            <w:r w:rsidRPr="00395429">
              <w:tab/>
            </w:r>
            <w:r w:rsidRPr="00395429">
              <w:tab/>
              <w:t xml:space="preserve"> </w:t>
            </w:r>
          </w:p>
          <w:p w14:paraId="62D0BBDD" w14:textId="77777777" w:rsidR="0046355F" w:rsidRDefault="0046355F"/>
        </w:tc>
        <w:tc>
          <w:tcPr>
            <w:tcW w:w="2160" w:type="dxa"/>
          </w:tcPr>
          <w:p w14:paraId="7CC3F475" w14:textId="77777777" w:rsidR="0046355F" w:rsidRDefault="0046355F"/>
        </w:tc>
        <w:tc>
          <w:tcPr>
            <w:tcW w:w="2160" w:type="dxa"/>
          </w:tcPr>
          <w:p w14:paraId="04863148" w14:textId="52990093" w:rsidR="0046355F" w:rsidRDefault="0046355F"/>
        </w:tc>
        <w:tc>
          <w:tcPr>
            <w:tcW w:w="2160" w:type="dxa"/>
          </w:tcPr>
          <w:p w14:paraId="2B1D458A" w14:textId="6624AF4E" w:rsidR="0046355F" w:rsidRDefault="00395429">
            <w:r>
              <w:t xml:space="preserve">No se </w:t>
            </w:r>
            <w:proofErr w:type="spellStart"/>
            <w:r>
              <w:t>presenta</w:t>
            </w:r>
            <w:proofErr w:type="spellEnd"/>
            <w:r>
              <w:t xml:space="preserve"> con </w:t>
            </w:r>
            <w:proofErr w:type="spellStart"/>
            <w:r>
              <w:t>dupla</w:t>
            </w:r>
            <w:proofErr w:type="spellEnd"/>
            <w:r>
              <w:t xml:space="preserve"> </w:t>
            </w:r>
            <w:proofErr w:type="spellStart"/>
            <w:r>
              <w:t>paritaria</w:t>
            </w:r>
            <w:proofErr w:type="spellEnd"/>
            <w:r>
              <w:t xml:space="preserve">, y no indica </w:t>
            </w:r>
            <w:proofErr w:type="spellStart"/>
            <w:r>
              <w:t>en</w:t>
            </w:r>
            <w:proofErr w:type="spellEnd"/>
            <w:r>
              <w:t xml:space="preserve"> que </w:t>
            </w:r>
            <w:proofErr w:type="spellStart"/>
            <w:r>
              <w:t>espacio</w:t>
            </w:r>
            <w:proofErr w:type="spellEnd"/>
            <w:r>
              <w:t xml:space="preserve"> </w:t>
            </w:r>
            <w:proofErr w:type="spellStart"/>
            <w:r>
              <w:t>postula</w:t>
            </w:r>
            <w:proofErr w:type="spellEnd"/>
            <w:r>
              <w:t xml:space="preserve"> </w:t>
            </w:r>
          </w:p>
        </w:tc>
      </w:tr>
    </w:tbl>
    <w:p w14:paraId="6D0AC52C" w14:textId="77777777" w:rsidR="004160CA" w:rsidRDefault="004160CA"/>
    <w:p w14:paraId="264C8113" w14:textId="5EECB57B" w:rsidR="00164B4E" w:rsidRDefault="004F03D4"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39FB09D3" wp14:editId="15623C72">
                <wp:simplePos x="0" y="0"/>
                <wp:positionH relativeFrom="column">
                  <wp:posOffset>10766178</wp:posOffset>
                </wp:positionH>
                <wp:positionV relativeFrom="paragraph">
                  <wp:posOffset>523717</wp:posOffset>
                </wp:positionV>
                <wp:extent cx="360" cy="360"/>
                <wp:effectExtent l="38100" t="38100" r="38100" b="38100"/>
                <wp:wrapNone/>
                <wp:docPr id="1093793864" name="Entrada de lápiz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5C99AA" id="Entrada de lápiz 16" o:spid="_x0000_s1026" type="#_x0000_t75" style="position:absolute;margin-left:847.05pt;margin-top:40.55pt;width:1.45pt;height:1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01DED7B4" wp14:editId="27308807">
                <wp:simplePos x="0" y="0"/>
                <wp:positionH relativeFrom="column">
                  <wp:posOffset>8413578</wp:posOffset>
                </wp:positionH>
                <wp:positionV relativeFrom="paragraph">
                  <wp:posOffset>466117</wp:posOffset>
                </wp:positionV>
                <wp:extent cx="2880" cy="360"/>
                <wp:effectExtent l="25400" t="38100" r="35560" b="38100"/>
                <wp:wrapNone/>
                <wp:docPr id="699073635" name="Entrada de lápiz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8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38BA0" id="Entrada de lápiz 14" o:spid="_x0000_s1026" type="#_x0000_t75" style="position:absolute;margin-left:661.85pt;margin-top:36pt;width:1.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">
                <v:imagedata r:id="rId7" o:title=""/>
              </v:shape>
            </w:pict>
          </mc:Fallback>
        </mc:AlternateContent>
      </w:r>
    </w:p>
    <w:p w14:paraId="54D7B7C8" w14:textId="2A492590" w:rsidR="00680372" w:rsidRPr="004F03D4" w:rsidRDefault="00BA0357">
      <w:pPr>
        <w:rPr>
          <w:lang w:val="es-CL"/>
        </w:rPr>
      </w:pPr>
      <w:r>
        <w:rPr>
          <w:noProof/>
          <w:lang w:val="es-CL"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06ACB2BE" wp14:editId="365F132E">
                <wp:simplePos x="0" y="0"/>
                <wp:positionH relativeFrom="column">
                  <wp:posOffset>1913255</wp:posOffset>
                </wp:positionH>
                <wp:positionV relativeFrom="paragraph">
                  <wp:posOffset>-600710</wp:posOffset>
                </wp:positionV>
                <wp:extent cx="1345290" cy="1748790"/>
                <wp:effectExtent l="38100" t="38100" r="0" b="41910"/>
                <wp:wrapNone/>
                <wp:docPr id="1992026890" name="Entrada de lápiz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345290" cy="174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FA160" id="Entrada de lápiz 13" o:spid="_x0000_s1026" type="#_x0000_t75" style="position:absolute;margin-left:149.95pt;margin-top:-48pt;width:107.35pt;height:139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">
                <v:imagedata r:id="rId11" o:title=""/>
              </v:shape>
            </w:pict>
          </mc:Fallback>
        </mc:AlternateContent>
      </w:r>
      <w:r w:rsidR="00680372" w:rsidRPr="004F03D4">
        <w:rPr>
          <w:lang w:val="es-CL"/>
        </w:rPr>
        <w:t xml:space="preserve">                                </w:t>
      </w:r>
    </w:p>
    <w:p w14:paraId="60CD36AB" w14:textId="77777777" w:rsidR="00BA0357" w:rsidRDefault="004F03D4">
      <w:pPr>
        <w:rPr>
          <w:lang w:val="es-CL"/>
        </w:rPr>
      </w:pPr>
      <w:r w:rsidRPr="004F03D4">
        <w:rPr>
          <w:lang w:val="es-CL"/>
        </w:rPr>
        <w:t xml:space="preserve">                                                    </w:t>
      </w:r>
      <w:r>
        <w:rPr>
          <w:lang w:val="es-CL"/>
        </w:rPr>
        <w:t xml:space="preserve">        </w:t>
      </w:r>
    </w:p>
    <w:p w14:paraId="3C28E042" w14:textId="32722F18" w:rsidR="00680372" w:rsidRPr="004F03D4" w:rsidRDefault="00BA0357">
      <w:pPr>
        <w:rPr>
          <w:lang w:val="es-CL"/>
        </w:rPr>
      </w:pPr>
      <w:r>
        <w:rPr>
          <w:lang w:val="es-CL"/>
        </w:rPr>
        <w:t xml:space="preserve">                                                                </w:t>
      </w:r>
      <w:r w:rsidR="004F03D4">
        <w:rPr>
          <w:lang w:val="es-CL"/>
        </w:rPr>
        <w:t xml:space="preserve"> Carlos Andres Avila Avila. </w:t>
      </w:r>
    </w:p>
    <w:p w14:paraId="0CAD7AC5" w14:textId="33143BDC" w:rsidR="00164B4E" w:rsidRPr="004F03D4" w:rsidRDefault="004160CA" w:rsidP="00164B4E">
      <w:pPr>
        <w:jc w:val="center"/>
        <w:rPr>
          <w:lang w:val="es-CL"/>
        </w:rPr>
      </w:pPr>
      <w:r w:rsidRPr="004F03D4">
        <w:rPr>
          <w:lang w:val="es-CL"/>
        </w:rPr>
        <w:t xml:space="preserve">Nombre y </w:t>
      </w:r>
      <w:r w:rsidR="00164B4E" w:rsidRPr="004F03D4">
        <w:rPr>
          <w:lang w:val="es-CL"/>
        </w:rPr>
        <w:t xml:space="preserve">Firma </w:t>
      </w:r>
      <w:proofErr w:type="gramStart"/>
      <w:r w:rsidRPr="004F03D4">
        <w:rPr>
          <w:lang w:val="es-CL"/>
        </w:rPr>
        <w:t>Secretario Regional</w:t>
      </w:r>
      <w:proofErr w:type="gramEnd"/>
    </w:p>
    <w:sectPr w:rsidR="00164B4E" w:rsidRPr="004F03D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1BA0583"/>
    <w:multiLevelType w:val="hybridMultilevel"/>
    <w:tmpl w:val="15EC49D0"/>
    <w:lvl w:ilvl="0" w:tplc="E1FC45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FC3484"/>
    <w:multiLevelType w:val="hybridMultilevel"/>
    <w:tmpl w:val="5560BF28"/>
    <w:lvl w:ilvl="0" w:tplc="67EE8B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0540069">
    <w:abstractNumId w:val="8"/>
  </w:num>
  <w:num w:numId="2" w16cid:durableId="1675448778">
    <w:abstractNumId w:val="6"/>
  </w:num>
  <w:num w:numId="3" w16cid:durableId="760418872">
    <w:abstractNumId w:val="5"/>
  </w:num>
  <w:num w:numId="4" w16cid:durableId="1026905382">
    <w:abstractNumId w:val="4"/>
  </w:num>
  <w:num w:numId="5" w16cid:durableId="886526898">
    <w:abstractNumId w:val="7"/>
  </w:num>
  <w:num w:numId="6" w16cid:durableId="423697011">
    <w:abstractNumId w:val="3"/>
  </w:num>
  <w:num w:numId="7" w16cid:durableId="1187138560">
    <w:abstractNumId w:val="2"/>
  </w:num>
  <w:num w:numId="8" w16cid:durableId="1204517314">
    <w:abstractNumId w:val="1"/>
  </w:num>
  <w:num w:numId="9" w16cid:durableId="1002660341">
    <w:abstractNumId w:val="0"/>
  </w:num>
  <w:num w:numId="10" w16cid:durableId="575744060">
    <w:abstractNumId w:val="10"/>
  </w:num>
  <w:num w:numId="11" w16cid:durableId="177760417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55629"/>
    <w:rsid w:val="00164B4E"/>
    <w:rsid w:val="001A061A"/>
    <w:rsid w:val="00224383"/>
    <w:rsid w:val="0029639D"/>
    <w:rsid w:val="00326F90"/>
    <w:rsid w:val="00387722"/>
    <w:rsid w:val="00395429"/>
    <w:rsid w:val="004160CA"/>
    <w:rsid w:val="0046355F"/>
    <w:rsid w:val="004F03D4"/>
    <w:rsid w:val="0066074E"/>
    <w:rsid w:val="00680372"/>
    <w:rsid w:val="00AA1D8D"/>
    <w:rsid w:val="00AE43B5"/>
    <w:rsid w:val="00B47730"/>
    <w:rsid w:val="00BA0357"/>
    <w:rsid w:val="00CB0664"/>
    <w:rsid w:val="00FC693F"/>
    <w:rsid w:val="00FE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062061"/>
  <w14:defaultImageDpi w14:val="300"/>
  <w15:docId w15:val="{97D3E87F-3A78-41B9-87F3-43CCE1A06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ustomXml" Target="ink/ink1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customXml" Target="ink/ink4.xml"/><Relationship Id="rId4" Type="http://schemas.openxmlformats.org/officeDocument/2006/relationships/settings" Target="settings.xml"/><Relationship Id="rId9" Type="http://schemas.openxmlformats.org/officeDocument/2006/relationships/customXml" Target="ink/ink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08T21:57:24.93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08T21:57:31.75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24575,'0'0'0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08T21:57:22.32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 8191,'4'0'0,"0"0"0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08T21:57:19.98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1896 2213 24575,'0'11'0,"0"7"0,0 5 0,0 6 0,0 0 0,0 0 0,0 0 0,0-5 0,0-6 0,0-5 0,0-2 0,4-2 0,0 2 0,8-2 0,-3-1 0,8 1 0,7 6 0,-3-4 0,8 5 0,-11-7 0,4 0 0,2-4 0,18 4 0,-14-8 0,7 3 0,-21-4 0,6 0 0,-10 0 0,9 0 0,-10 0 0,2 0 0,-3 0 0,-3-3 0,1-2 0,-5-7 0,3 3 0,-4-4 0,0 5 0,0 0 0,0 1 0,0-2 0,0-3 0,0 3 0,-4-4 0,-4 5 0,-5-4 0,-1 3 0,3-6 0,3 9 0,3-5 0,-6 6 0,-3-15 0,-5 8 0,-2-16 0,7 17 0,2-5 0,4 12 0,-3-3 0,2 6 0,-3-3 0,4 4 0,0 0 0,-4 0 0,3 0 0,-4 0 0,5 0 0,0 0 0,1 0 0,-1 3 0,0 2 0,0 3 0,0 0 0,0 0 0,3 0 0,2-1 0,3 5 0,0-3 0,0 2 0,0-3 0,3-4 0,2 3 0,3-3 0,0 1 0,-4 2 0,3-3 0,4 8 0,-1-3 0,10 2 0,-7-2 0,5 0 0,-1 0 0,22-1 0,-17-3 0,30-1 0,-31-4 0,5 0 0,-14 0 0,0-8 0,-2-2 0,-2-7 0,-4-6 0,-4-14 0,0-15 0,0-2 0,0-6-564,-2-8 1,-4-11 563,-1 10 0,-3-13 0,-1-6 0,0 2 0,1 8-1227,-1-7 1,0 6-1,-1-6 1227,-2-9 0,-1-9 0,0 1 0,1 12 0,3 17 0,0 8 0,0-2 0,-2-12 0,0-2 0,0 4 0,-4-20 0,-2 2 0,2 22 0,-2-2 0,3 12 0,-6-15 0,-9 4 0,20 50 913,2 6-913,5 19 3894,4 31-3894,10 12 0,4 36 0,12 15-2083,-10-14 1,0 13 2082,0-5 0,1 8 0,-1 5-795,-6-28 1,-1 2 0,0 3-1,0 5 1,1 9 794,-1-17 0,1 8 0,0 6 0,1 4 0,0 2 0,1 1 0,-2-1 0,1-2 0,-2-5 0,0-6-606,0 17 0,-1-7 1,0-4-1,-1 0 0,0 3 1,2 6 605,-1-12 0,0 7 0,2 4 0,-1 2 0,1-1 0,-1-2 0,-1-6 0,-1-7 0,0-9 0,0 32 0,-1-16 0,0 6 0,0-14 0,-1 6 0,1 2 0,0-3 0,0-9 0,0 3 0,0-9 0,1 5 0,-1 6 0,1 6 0,0-3 0,-2-17 0,4 30 0,-3-40 2223,-6-34-2223,0-21 3517,0-22-3517,-6-22 6031,-5-11-6031,-8-22 0,-12-3 0,10 6 0,-1 13 0,-2 2 0,-3-5 0,7 11 0,-1 0 0,-13-8 0,9 13 0,-2 1 0,-12-11 0,-3 1 0,-1 0 0,-4-1 0,13 17 0,0-1 0,-14-22 0,-18 1 0,-5-1 0,29 23 0,-1 0-434,-27-21 0,1 2 434,-7 6 0,20 7 0,-11-1 0,19 10 0,2 2 0,-7-2 0,-23-17 0,41 31 0,5 1 0,-11 2 0,-17-14 0,17 12 868,-14-21-868,35 20 0,7-2 0,9 10 0,54-19 0,32 0 0,-18 2 0,11-6 0,-1 1 0,-7 6 0,0 0 0,3-2-2262,20-8 1,4-2 0,-3 0 2261,-15 4 0,-3-1 0,0 2 0,0 1 0,0 0 0,-4 2-598,9-4 0,-4 1 598,4-5 0,-3 4-275,-25 20 0,-3 2 275,10-8 0,-1 3 0,-4 9 0,-3 4-58,35-6 58,-2 12 5891,-22 0-5891,9 0 1701,-39 4-1701,11 1 897,-28 3-897,0-3 99,0-1-99,-19-4 0,-18-5 0,-34-8 0,-18-1 0,23 1 0,-5 0-1236,-20 3 0,-6 2 1236,-9 0 0,-6 1 0,11 3 0,-6 2 0,-4 0 0,5 1 0,-5 0 0,-2 1 0,2 2-840,5 1 1,0 2 0,0 0 0,-1 1 839,9 0 0,-2-1 0,-1 2 0,4-1 0,7 2 0,-9 2 0,7 1 0,-4 0 0,-2 0 0,-7 1 0,4-1 0,14-2 0,11-4 0,3-1 0,-13 2 0,-6-1 0,19-1 0,24-4 0,27 0 0,44 0 0,42 0 0,-22-3 0,5-1 0,10-1 0,4-6-172,-4-7 1,5-6 0,-3 0 171,18-7 0,-1-3 0,-12 2 0,4-3 0,-7 0 0,6-5 0,-4-1 0,5-6 0,-2 1 1619,-20 11 1,-2 0-1620,6-10 0,-5 1 0,1-2 0,-6-2 0,-32 19 0,-9 14 0,-3-2 3104,-5 9-3104,0-5 0,-4-11 0,0-7 0,0-18 0,0-18 0,0-18 0,0 6 0,0-18 0,0 3 0,4 20 0,-2-2 0,2 50 0,3 5 0,-1 15 0,5 2 0,3 23 0,6 15 0,9 16 0,0 7 0,5 8 0,-5-1 0,0 6 0,-9-17 0,0 1-1913,11 32 1,-2 1 1912,-13-26 0,-3 2-567,1 4 0,0 6 0,-1-5 567,0-1 0,0-1 0,3 30 0,-1-7 0,-2-13 0,-1-3 0,-1-23 0,4 6 0,-9-27 0,7 9 0,-8-19 3434,5 9-3434,5 13 0,13 37 0,-2-6 0,-6-16 0,-1-1 0,0 7 2092,4 8-2092,-12-43 0,-2-2 0,-2-17 0,-1 55 0,-1-4 0,1-1 0,0 2 0,-5 19 0,6 18 0,-7-36 0,0 12 0,0-29 0,0-4 0,0-21 0,0-10 0,0-14 0,-9-13 0,-21-15 0,-13-7 0,1 10 0,-4-1 0,-30-22-551,30 25 0,-3 1 551,-2-1 0,-1 2 0,-1 0 0,0 2 0,1 2 0,-3 0 0,-15-5 0,0 2 0,14 6 0,1 1 0,-5 2 0,-1-1 0,1 0 0,2 1-336,5 6 1,1 0 335,-1-3 0,0-1 0,-6 3 0,4-1 0,-10-6 0,9 3 0,38 9 0,9-1 0,9 6 0,19-3 0,22-1 1064,45-10-1064,4-5 0,9-4-1217,-7 2 1,4-2 1216,-15 4 0,5-2 0,-8 1 0,-4 1 0,-2 0-577,-2-1 0,4-2 0,-9 3 577,-16 3 0,-2 2-208,41-12 0,-4 1 208,-27 9 0,1 2 0,-38 6 2752,-5 4-2752,-7 1 1991,0 1-1991,-1-5 546,10-6-546,10-10 0,12-4 0,21-15 0,-10 7 0,15-7 0,6 0 0,-21 7 0,14 0 0,-43 20 0,0 4 0,-17 11 0,0-2 0</inkml:trace>
  <inkml:trace contextRef="#ctx0" brushRef="#br0" timeOffset="241">2888 2100 24575,'0'0'0</inkml:trace>
  <inkml:trace contextRef="#ctx0" brushRef="#br0" timeOffset="823">3736 3185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146</Words>
  <Characters>806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Marcela Godoy Espinoza</cp:lastModifiedBy>
  <cp:revision>2</cp:revision>
  <dcterms:created xsi:type="dcterms:W3CDTF">2025-07-08T22:42:00Z</dcterms:created>
  <dcterms:modified xsi:type="dcterms:W3CDTF">2025-07-08T22:42:00Z</dcterms:modified>
  <cp:category/>
</cp:coreProperties>
</file>